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10B" w:rsidRDefault="00113C30">
      <w:pPr>
        <w:spacing w:after="400" w:line="240" w:lineRule="auto"/>
      </w:pPr>
      <w:r>
        <w:rPr>
          <w:b/>
          <w:sz w:val="36"/>
        </w:rPr>
        <w:t>Obrazac za povrat u zakonskom roku od 14 dana</w:t>
      </w:r>
    </w:p>
    <w:p w:rsidR="0092210B" w:rsidRDefault="00113C30">
      <w:pPr>
        <w:spacing w:after="220" w:line="240" w:lineRule="auto"/>
      </w:pPr>
      <w:r>
        <w:t>(obrazac obavezno ispunite ako želite odustati od ugovora i priložite ga u paket)</w:t>
      </w:r>
    </w:p>
    <w:p w:rsidR="0092210B" w:rsidRDefault="00113C30">
      <w:pPr>
        <w:spacing w:after="220" w:line="240" w:lineRule="auto"/>
      </w:pPr>
      <w:r>
        <w:rPr>
          <w:b/>
        </w:rPr>
        <w:t>Obavijest o odustanku od ugovora</w:t>
      </w:r>
    </w:p>
    <w:p w:rsidR="0092210B" w:rsidRDefault="00113C30">
      <w:pPr>
        <w:spacing w:after="360" w:line="240" w:lineRule="auto"/>
      </w:pPr>
      <w:r>
        <w:t>Primatelj: Aztek, d.o.o., Medvode, Zg. Pirniče 85C, 1215 Medvode</w:t>
      </w:r>
    </w:p>
    <w:p w:rsidR="0092210B" w:rsidRDefault="00113C30">
      <w:pPr>
        <w:spacing w:after="120" w:line="240" w:lineRule="auto"/>
      </w:pPr>
      <w:r>
        <w:t>Obavještavam vas da odustajem</w:t>
      </w:r>
      <w:r>
        <w:t xml:space="preserve"> od ugovora za sljedeće artikle: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10"/>
        <w:gridCol w:w="2665"/>
      </w:tblGrid>
      <w:tr w:rsidR="0092210B">
        <w:trPr>
          <w:trHeight w:val="500"/>
          <w:jc w:val="center"/>
        </w:trPr>
        <w:tc>
          <w:tcPr>
            <w:tcW w:w="771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113C30">
            <w:r>
              <w:rPr>
                <w:b/>
              </w:rPr>
              <w:t>Opis artikla</w:t>
            </w:r>
          </w:p>
        </w:tc>
        <w:tc>
          <w:tcPr>
            <w:tcW w:w="2665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113C30">
            <w:r>
              <w:rPr>
                <w:b/>
              </w:rPr>
              <w:t>Broj komada:</w:t>
            </w:r>
          </w:p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  <w:tr w:rsidR="0092210B">
        <w:trPr>
          <w:trHeight w:val="500"/>
          <w:jc w:val="center"/>
        </w:trPr>
        <w:tc>
          <w:tcPr>
            <w:tcW w:w="77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  <w:tc>
          <w:tcPr>
            <w:tcW w:w="266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210B" w:rsidRDefault="0092210B"/>
        </w:tc>
      </w:tr>
    </w:tbl>
    <w:p w:rsidR="0092210B" w:rsidRDefault="0092210B">
      <w:pPr>
        <w:spacing w:after="20" w:line="240" w:lineRule="auto"/>
      </w:pPr>
    </w:p>
    <w:p w:rsidR="0092210B" w:rsidRDefault="00113C30">
      <w:pPr>
        <w:spacing w:after="280" w:line="240" w:lineRule="auto"/>
      </w:pPr>
      <w:r>
        <w:t>Br. računa: ____________    Datum računa: ____________</w:t>
      </w:r>
    </w:p>
    <w:p w:rsidR="0092210B" w:rsidRDefault="00113C30">
      <w:pPr>
        <w:spacing w:after="120" w:line="240" w:lineRule="auto"/>
      </w:pPr>
      <w:r>
        <w:t>Ime, prezime i adresa kupca:</w:t>
      </w:r>
    </w:p>
    <w:p w:rsidR="0092210B" w:rsidRDefault="00113C30">
      <w:pPr>
        <w:spacing w:after="320" w:line="240" w:lineRule="auto"/>
      </w:pPr>
      <w:r>
        <w:t>________________________________________________________________________________</w:t>
      </w:r>
    </w:p>
    <w:p w:rsidR="0092210B" w:rsidRDefault="00113C30">
      <w:pPr>
        <w:spacing w:after="120" w:line="240" w:lineRule="auto"/>
      </w:pPr>
      <w:r>
        <w:t xml:space="preserve">Povrat </w:t>
      </w:r>
      <w:r>
        <w:t>kupoprodajne cijene izvršit će se bankovnom doznakom na dostavljeni broj bankovnog računa:</w:t>
      </w:r>
    </w:p>
    <w:p w:rsidR="0092210B" w:rsidRDefault="00113C30">
      <w:pPr>
        <w:spacing w:after="440" w:line="240" w:lineRule="auto"/>
      </w:pPr>
      <w:r>
        <w:t>HR</w:t>
      </w:r>
      <w:bookmarkStart w:id="0" w:name="_GoBack"/>
      <w:bookmarkEnd w:id="0"/>
      <w:r>
        <w:t xml:space="preserve"> __ __ __ __ __ __ __ __ __ __ __ __ __ __ __</w:t>
      </w:r>
    </w:p>
    <w:p w:rsidR="0092210B" w:rsidRDefault="00113C30">
      <w:pPr>
        <w:spacing w:line="240" w:lineRule="auto"/>
      </w:pPr>
      <w:r>
        <w:t>Datum: ___________________________    Potpis kupca: ________________________________</w:t>
      </w:r>
    </w:p>
    <w:sectPr w:rsidR="0092210B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C30"/>
    <w:rsid w:val="0015074B"/>
    <w:rsid w:val="0029639D"/>
    <w:rsid w:val="00326F90"/>
    <w:rsid w:val="009221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01EFB"/>
  <w14:defaultImageDpi w14:val="300"/>
  <w15:docId w15:val="{22FEA43A-4A16-4374-9B39-97883483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C693F"/>
    <w:rPr>
      <w:rFonts w:ascii="Arial" w:eastAsia="Arial" w:hAnsi="Arial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DE2FC9-7E80-4C69-BE8C-15A9EA6F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Doma</cp:lastModifiedBy>
  <cp:revision>2</cp:revision>
  <dcterms:created xsi:type="dcterms:W3CDTF">2013-12-23T23:15:00Z</dcterms:created>
  <dcterms:modified xsi:type="dcterms:W3CDTF">2026-09-02T12:59:00Z</dcterms:modified>
  <cp:category/>
</cp:coreProperties>
</file>